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חג הסיגד ומשמעותו עבור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החג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המושגים התחדשות, ברית וגעגוע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עלייה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התאריך בלוח העברי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החג שייך למסורת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(חג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(הסכם חשוב וקבוע)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(רצון לראות מקום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עם מסורת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הקהילה מתכנסת ועולה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 ותפילה במשך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וחידוש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 משותפת בסוף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 אחרי יום הכיפורים, כ"ט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עולים להר, צמים, מתפללים וסועדים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הגעגוע לציון ולחידוש הברית עם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רגש הגעגוע לפני הצגת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לבדוק מראש אם יש תלמידים מהקהילה שרוצים לשתף, ולא להפוך אותם למומחים בעל כורחם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חלקי ה-match וה-order כפעילות קבוצתית קצרה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יהודי אתיופיה, החל 50 יום אחרי יום הכיפורים. בחג הזה יש עלייה להר, צום ותפילה, וסעודה משותפת בסוף היום, והוא מסמל חידוש ברית וגעגוע לציון.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  ·  כיפור  ·  ברית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אחד המנהגים המרכזיים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הדלקת נרות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עלייה אל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קריאת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חג הסיגד שייך בעיקר למסורת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מתקיים תמיד בתאריך כ״ט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נהוג לצום ולהתפלל.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שקשור רק ליהודי אירופה.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50 יום אחרי חג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החג נהוג לעלות אל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החג מסמל חידוש של __________ עם העם.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הסכם חשוב וקבוע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אנשים עם מסורת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 לראות מקום 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צום ותפילה במשך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סעודה משותפת בסוף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מתכנסת ועולה אל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וחידוש הברית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