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 עבור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המושגים התחדשות, ברית וגעגוע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סעודה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התאריך בלוח העברי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החג שייך למסורת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היא חלק מרכזי מהמנהג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הגעגוע לציון הוא נושא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עם השנים החג אומץ כחג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(הסכם חשוב וקבוע)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(רצון לראות 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אנשים עם מסורת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(יום בלי אוכל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ועולה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ותפילה במשך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 משותפת בסוף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שהחג מזכיר את הגעגוע של יהודי אתיופיה לציון, ואת הרצון לחזור ולהתחדש כקהילה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חיזוק שייכות, הכרה, כבוד לשונות, חשיבות ההכלה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 אחרי יום הכיפורים,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להר, צמים, מתפללים וסועדים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הגעגוע לציון ולחידוש הברית עם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רגש הגעגוע לפני הצגת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מראש אם יש תלמידים מהקהילה שרוצים לשתף, ולא להפוך אותם למומחים בעל כורחם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חלקי ה-match וה-order כפעילות קבוצתית 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סיגד הוא חג של יהודי אתיופיה. החג חוגג 50 יום אחרי יום הכיפורים. ביום הזה עולים להר, צמים ומתפללים, ובערב אוכלים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50 יום אחרי יום הכיפורים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לחדש משהו ישן, להתחיל מחדש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חשוב וקבוע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חזק לראות מקום או אדם שרחוקים ממך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ושומרים על מסורת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שלא אוכלים ולא שותים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שעוברים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שכל המדינה חוגגת אותו, לא רק קבוצה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כיפור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ביום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הדלקת נרות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אכילת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של איזו קהילה החג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בערב אחרי שגומרים לצום ולהתפלל?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סעודה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מחדשים בחג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מתקיים תמיד בתאריך 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ולהתפלל.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שקשור רק ליהודי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הסמלים של החג הוא עלייה אל 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קשר לגעגוע לציון.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חג הסיגד הוא גם חג לאומי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50 יום אחרי חג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החג נהוג לעלות אל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מסמל חידוש של __________ עם העם.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שייך למסורת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הצום והתפילה עורכים __________ משותפת.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הרגשות המרכזיים בחג הוא __________ לציון.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יום בלי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אנשים עם מסורת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 לראות מקום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חשוב וקבוע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וחידוש הברית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סעודה משותפת בסוף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ותפילה במשך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מתכנסת ועולה אל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הקשר בין חג הסיגד לבין הרגש של געגוע.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חושבים שקורה לחברה כשהיא מאמצת מסורת של קהילה אחת כחג לאומי?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החג קשור לגעגוע?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