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חג הסיגד ומשמעותו עבור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החג העיקריים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המושגים התחדשות, ברית וגעגוע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עלייה אל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סעודה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נקבע התאריך בלוח העברי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חלק מרכזי מהחג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החג שייך למסורת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העלייה להר היא חלק מרכזי מהמנהג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הגעגוע לציון הוא נושא מרכזי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עם השנים החג אומץ כחג 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געגוע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(חג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(הסכם חשוב וקבוע)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(רצון לראות מקום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(קבוצת אנשים עם מסורת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(יום בלי אוכל ושתייה)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יום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הקהילה מתכנסת ועולה אל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צום ותפילה במשך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קריאה וחידוש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סעודה משותפת בסוף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שהחג מזכיר את הגעגוע של יהודי אתיופיה לציון, ואת הרצון לחזור ולהתחדש כקהילה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חיזוק שייכות, הכרה, כבוד לשונות, חשיבות ההכלה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 יום אחרי יום הכיפורים, כ"ט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עולים להר, צמים, מתפללים וסועדים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הגעגוע לציון ולחידוש הברית עם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על רגש הגעגוע לפני הצגת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לבדוק מראש אם יש תלמידים מהקהילה שרוצים לשתף, ולא להפוך אותם למומחים בעל כורחם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חלקי ה-match וה-order כפעילות קבוצתית קצרה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יהודי אתיופיה, החל 50 יום אחרי יום הכיפורים. בחג הזה יש עלייה להר, צום ותפילה, וסעודה משותפת בסוף היום, והוא מסמל חידוש ברית וגעגוע לציון.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הכיפורים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אחד המנהגים המרכזיים של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הדלקת נרות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עלייה אל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קריאת מגילה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אכילת תפוח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חג הסיגד שייך בעיקר למסורת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בסוף יום הסיגד, אחרי הצום והתפילה?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הולכים לישון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סעודה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יוצאים לטיול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שירי עצב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אחד הנושאים המרכזיים של החג הוא חידוש: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חוזה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טיסה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מתקיים תמיד בתאריך כ״ט בחשוון.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לצום ולהתפלל.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שקשור רק ליהודי אירופה.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הסמלים של החג הוא עלייה אל 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אין שום קשר לגעגוע לציון.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חג הסיגד הוא גם חג לאומי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50 יום אחרי חג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החג נהוג לעלות אל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החג מסמל חידוש של __________ עם העם.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הסיגד שייך למסורת יהודי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הצום והתפילה עורכים __________ משותפת.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אחד הרגשות המרכזיים בחג הוא __________ לציון.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אנשים עם מסורת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יום בלי אוכל ושתייה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הסכם חשוב וקבוע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 של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רצון לראות מקום רחוק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יום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צום ותפילה במשך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סעודה משותפת בסוף היום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מתכנסת ועולה אל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וחידוש הברית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על הקשר בין חג הסיגד לבין הרגש של געגוע.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אתם חושבים שקורה לחברה כשהיא מאמצת מסורת של קהילה אחת כחג לאומי?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ביום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החג קשור לגעגוע?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